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מגטו לאזרחות - האמנציפציה בצרפת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את מעמד היהודים באירופה לפני האמנציפציה ואת האוטונומיה הקהילתית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הקשר בין רעיונות הנאורות והמהפכה הצרפתית למתן שוויון זכויות ליהודים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המתח בין זכויות לפרט לבין זהות קהילתית-לאומית ולהעריך סיכוי וסיכון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 האוטונומיה הקהילתית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שנאת יהודים המבוססת על גזע ולאום ולא רק 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נפוליאון בונפרטה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1790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הגבלות במסחר ובמגורים לעשר שנים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הספרדים קיבלו ב-1790 וכלל יהודי צרפת ב-1791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היה לה בית דין, מיסים, צדקה וחינוך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הוא דרש בדיקת נאמנות והטיל הגבלות בצו המחפיר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התפתחה אנטישמיות מודרנית מבוססת גזע ולאום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מצבם הכלכלי והתרבותי היה שונה ומוכר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אמנציפציה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אוטונומיה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3. 1789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נפוליאון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קלרמון-טונר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מחפיר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(שוויון זכויות אזרחי ופוליטי מלא)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(שלטון עצמי של הקהילה היהודית)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(היטמעות בחברה הסובבת עד ויתור על הזהות)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(הגבלות על היהודים שהטיל נפוליאון ב-1808)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(שנאת יהודים המבוססת על גזע ולאום)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פרוץ המהפכה הצרפתית והצהרת זכויות האדם והאזרח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שוויון זכויות ליהודים הספרדים בבורדו ואביניון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שוויון זכויות לכלל יהודי צרפת כולל אלזס-לורן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נפוליאון מכנס את הסנהדרין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פרסום הצו המחפיר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אמנציפציה היא שוויון זכויות מלא; השפעות: ירידה בכוח הקהילה וסמכותה, עליית סיכון להתבוללות ולאנטישמיות מודרנית, לצד הזדמנויות להשכלה ולשילוב בחברה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יהודים כאומה - קבוצה עם מוסדות ומשפט נפרד; כבני אדם - פרטים שווים לכל אזרח. תמורת הזכויות נדרש ויתור על האוטונומיה הקהילתית ועל בתי הדין הנפרדים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שיקול בעד: שוויון זכויות פתח הזדמנויות השכלה ומקצועות; שיקול נגד: פגיעה בזהות הקהילתית ובאוטונומיה; מסקנה אישית מנומקת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ויתור על האוטונומיה הקהילתית ועל בתי הדין והמוסדות הנפרדים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סיכון אפשרי: התבוללות או חשיפה לאנטישמיות מודרנית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ירידה בכוחה ובסמכותה של הקהילה היהודית המאורגנת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עם דיון קצר על 'כרטיס התושב' כדי להמחיש את המצב לפני האמנציפציה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להביא דוגמה קונקרטית לכל צד של סיכוי וסיכון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ההנגשה ניתן לדלג על הפריטים המסומנים ולהתמקד בעובדות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מגטו לאזרחות - האמנציפציה בצרפת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בסוף המאה ה-18 חל שינוי דרמטי במעמד יהודי צרפת - מקהילה אוטונומית בעלת מעמד נחות לאזרחים שווי זכויות. בדף זה נבחן את התהליך, את מחיריו ואת תוצאותיו.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מדינה הייתה הראשונה באירופה שהעניקה ליהודים שוויון זכויות?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אנגליה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גרמניה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נדרשו היהודים לוותר כדי לקבל שוויון זכויות?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שמירת השבת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האוטונומיה הקהילתית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לימוד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השפה העברית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אנטישמיות מודרנית?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אהבת זרים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חוק שמעניק זכויות ליהודים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שנאת יהודים המבוססת על גזע ולאום ולא רק 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איסור על מגורים בערים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כינס את אספת הנכבדים והסנהדרין?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הרוזן קלרמון-טונר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נפוליאון בונפרטה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לואי ה-16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רובספייר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שנה קיבלו יהודי צרפת הספרדים שוויון זכויות?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1789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1790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1791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1808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היה תוכן 'הצו המחפיר'?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ביטול כל הזכויות שניתנו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הגבלות במסחר ובמגורים לעשר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מתן אזרחות מיידית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פתיחת בתי ספר יהודיים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יהודי צרפת קיבלו שוויון זכויות באותה 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הקהילה היהודית בימי הביניים ניהלה את ענייניה בעצמה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נפוליאון העניק ליהודים זכויות בלי לדרוש מהם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לאחר האמנציפציה נעלמה שנאת היהודים בצרפת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יהודי בורדו קיבלו זכויות לפני יהודי אלזס-לורן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מתן שוויון זכויות אזרחי ופוליטי מלא ליהודים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שלטון עצמי של הקהילה היהודית נקרא __________ קהילתית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הצהרת זכויות האדם והאזרח פורסמה בעקבות המהפכה הצרפתית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הקיסר שכינס את הסנהדרין היה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הרוזן __________ נאם באספה הלאומית בתמיכה בזכויות ליהודים כפרטים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הצו משנת 1808 שהטיל הגבלות על היהודים נקרא הצו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אמנציפציה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שלטון עצמי של הקהילה היהודית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אוטונומיה קהילתית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שנאת יהודים המבוססת על גזע ולאום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התבוללות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הגבלות על היהודים שהטיל נפוליאון ב-1808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הצו המחפיר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היטמעות בחברה הסובבת עד ויתור על הזהות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אנטישמיות מודרנית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שוויון זכויות אזרחי ופוליטי מלא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שוויון זכויות ליהודים הספרדים בבורדו ואביניון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פרסום הצו המחפיר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נפוליאון מכנס את הסנהדרין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שוויון זכויות לכלל יהודי צרפת כולל אלזס-לורן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פרוץ המהפכה הצרפתית והצהרת זכויות האדם והאזרח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מהי אמנציפציה, והציגו שתי השפעות שלה על הקהילה היהודית בצרפת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בנאום קלרמון-טונר נאמר שליהודים כאומה אין לתת דבר אך כבני אדם יש לתת הכול. הסבירו את ההבדל בין שני המושגים והציגו מה נדרש מהיהודים תמורת הזכויות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האם לדעתכם המחיר שנדרש מהיהודים תמורת השוויון היה מוצדק? הציגו שני שיקולים מנוגדים והכריעו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התנאי שהציבה צרפת ליהודים תמורת שוויון הזכויות?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סיכון אחד שהאמנציפציה יצרה ליהודי הפרט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השפעה אחת של האמנציפציה על כוחה של הקהילה היהודית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מגטו לאזרחות - האמנציפציה בצרפת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