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מעמד היהודים באירופה לפני האמנציפציה ואת האוטונומיה הקהילתית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רעיונות הנאורות והמהפכה הצרפתית למתן שוויון זכויות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זכויות לפרט לבין זהות קהילתית-לאומית ולהעריך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האוטונומיה הקהילתית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הספרדים קיבלו ב-1790 וכלל יהודי צרפת ב-1791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היה לה בית דין, מיסים, צדקה וחינוך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אוטונומיה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3. 1789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(שוויון זכויות אזרחי ופוליטי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(שלטון עצמי של הקהילה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(היטמעות בחברה הסובבת עד ויתור על 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(הגבלות על היהודים שהטיל נפוליאון ב-1808)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 והצהרת זכויות האדם והאזרח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 זכויות ליהודים הספרדים בבורדו ואביניון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 זכויות לכלל יהודי צרפת כולל אלזס-לורן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נפוליאון מכנס את הסנהדרין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 היא שוויון זכויות מלא; השפעות: ירידה בכוח הקהילה וסמכותה, עליית סיכון להתבוללות ולאנטישמיות מודרנית, לצד הזדמנויות להשכלה ולשילוב בחברה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על האוטונומיה הקהילתית ועל בתי הדין והמוסדות הנפרדים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סיכון אפשרי: התבוללות או חשיפה לאנטישמיות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בכוחה ובסמכותה של הקהילה היהודית המאורגנת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דיון קצר על 'כרטיס התושב' כדי להמחיש את המצב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קונקרטית לכל צד של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ניתן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המאה ה-18 חל שינוי דרמטי במעמד יהודי צרפת - מקהילה אוטונומית בעלת מעמד נחות לאזרחים שווי זכויות. בדף זה נבחן את התהליך, את מחיריו ואת תוצאותיו.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אוטונומיה  ·  1789  ·  אמנציפציה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מדינה הייתה הראשונה באירופה שהעניקה ליהודים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נדרשו היהודים לוותר כדי לקבל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שמירת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האוטונומיה הקהילתית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לימוד תורה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יהודי צרפת קיבלו שוויון זכויות באותה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היהודית בימי הביניים ניהלה את ענייניה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מתן שוויון זכויות אזרחי ופוליטי מלא ליהודים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שלטון עצמי של הקהילה היהודית נקרא __________ 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הצהרת זכויות האדם והאזרח פורסמה בעקבות המהפכה הצרפתית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הגבלות על היהודים שהטיל נפוליאון ב-1808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אוטונומיה קהילתית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היטמעות בחברה הסובבת עד ויתור על 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שלטון עצמי של הקהילה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הצו המחפיר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שוויון זכויות אזרחי ופוליטי מלא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שוויון זכויות ליהודים הספרדים בבורדו ואביניון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נפוליאון מכנס את הסנהדרין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פרוץ המהפכה הצרפתית והצהרת זכויות האדם והאזרח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שוויון זכויות לכלל יהודי צרפת כולל אלזס-לורן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מהי אמנציפציה, והציגו שתי השפעות שלה על הקהילה היהודית בצרפת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התנאי שהציבה צרפת ליהודים תמורת שוויון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סיכון אחד שהאמנציפציה יצרה ליהודי הפרט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מגטו לאזרחות - האמנציפציה בצרפת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